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https://holzundhaus.github.io/spreeterrassendach/freistehende-holz-terrassenueberdachung-stuetzenanordnung-lastabtrag/</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spreeterrassendach/freistehende-holz-terrassenueberdachung-stuetzenanordnung-lastabtra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