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Pflanzgrube und Rankhilfe richtig vorbereiten: So gelingt der Start · Arbeitsblatt mit Checkliste</w:t>
      </w:r>
    </w:p>
    <w:p>
      <w:r>
        <w:t>Für die praktische Planung: Kletterpflanzen verwandeln Pergolen in lebendige grüne Oasen – doch nur mit der richtigen Unterstützung entwickeln sie ihr volles Potential. Neben der korrekten Pflanzung spielen dauerhafte Rankhilfen und deren fachgerechte Montage eine entscheidende Rolle für gesundes Wachstum und eine schöne Optik.</w:t>
      </w:r>
    </w:p>
    <w:p>
      <w:pPr>
        <w:pStyle w:val="Heading1"/>
      </w:pPr>
      <w:r>
        <w:t>Warum dauerhafte Rankhilfen unverzichtbar sind</w:t>
      </w:r>
    </w:p>
    <w:p>
      <w:r>
        <w:t>Kletterpflanzen sind von Natur aus darauf angewiesen, nach oben zu wachsen und sich an Strukturen festzuhalten. Ohne stabile Rankhilfen beginnen Triebe zu verrutschen, brechen unter Windlast ab oder wachsen ungeordnet. Eine durchdachte Pergola-Konstruktion mit integrierten Kletterelementen gibt der Pflanze nicht nur Halt, sondern lenkt das Wachstum gezielt in die gewünschte Richtung. Das sorgt für eine gleichmäßige Verteilung der Triebe und verhindert, dass einzelne Äste überlastet werden. Besonders bei schweren Arten wie Kletterrosen oder Geißblättern muss die Rankhilfe dauerhaftem Zug standhalten können.</w:t>
      </w:r>
    </w:p>
    <w:p>
      <w:pPr>
        <w:pStyle w:val="Heading1"/>
      </w:pPr>
      <w:r>
        <w:t>Materialien und ihre Eigenschaften</w:t>
      </w:r>
    </w:p>
    <w:p>
      <w:r>
        <w:t>Für Pergola-Rankhilfen kommen verschiedene Materialien in Frage. Holz wirkt natürlich und fügt sich harmonisch in Gartenumgebungen ein, erfordert aber regelmäßige Pflege und ist anfällig für Witterungseinflüsse. Metallkonstruktionen aus verzinktem Stahl oder Aluminium bieten hohe Stabilität und Langlebigkeit bei minimalem Wartungsaufwand. Edelstahl seile eignen sich besonders für leichtere Kletterpflanzen und ermöglichen eine flexible Anpassung des Kletterwegs. Kunststoffummantelte Drähte schützen sowohl die Pflanze als auch das Material vor Beschädigungen. Die Wahl des Materials beeinflusst die Lebensdauer der Konstruktion und den Pflegeaufwand erheblich.</w:t>
      </w:r>
    </w:p>
    <w:p>
      <w:pPr>
        <w:pStyle w:val="Heading1"/>
      </w:pPr>
      <w:r>
        <w:t>Abstände und Befestigung richtig planen</w:t>
      </w:r>
    </w:p>
    <w:p>
      <w:r>
        <w:t>Der Abstand zwischen einzelnen Rankelementen bestimmt, wie gut sich die Pflanze festhalten kann. Bei den meisten Kletterpflanzen genügen horizontale Abstände von 15 bis 25 Zentimetern. Vertikale Leitungen sollten im Abstand von etwa 30 bis 40 Zentimetern verlaufen. Für die Befestigung an Pergolapfosten eignen sich stabile Wandhalterungen, die ausreichend Abstand zur Hauswand lassen. Die Pflanzen brauchen diesen Luftspalt für Durchlüftung und um Feuchtigkeitsschäden zu vermeiden. Wer die Rankhilfe von Anfang an mit der Pergolakonstruktion abstimmt, spart sich nachträgliche Anpassungen.</w:t>
      </w:r>
    </w:p>
    <w:p>
      <w:pPr>
        <w:pStyle w:val="Heading1"/>
      </w:pPr>
      <w:r>
        <w:t>Wartung und Pflege der Kletterhilfen</w:t>
      </w:r>
    </w:p>
    <w:p>
      <w:r>
        <w:t>Auch hochwertige Rankhilfen brauchen regelmäßige Kontrolle. Holzkonstruktionen sollten jährlich auf Fäulnis oder lose Verbindungen geprüft werden. Metallteile profitieren von gelegentlicher Reinigung und Sichtprüfung auf Korrosion. Bei Seilsystemen empfiehlt es sich, die Spannung jährlich zu überprüfen und bei Bedarf nachzujustieren. Abgeknickte oder beschädigte Rankteile sollten zeitnah ersetzt werden, bevor die Pflanze Schaden nimmt. Diese regelmäßige Pflege verlängert die Lebensdauer der gesamten Konstruktion erheblich.</w:t>
      </w:r>
    </w:p>
    <w:p>
      <w:pPr>
        <w:pStyle w:val="Heading1"/>
      </w:pPr>
      <w:r>
        <w:t>Fehler bei der Rankhilfenplanung vermeiden</w:t>
      </w:r>
    </w:p>
    <w:p>
      <w:r>
        <w:t>Zu enge Abstände zwischen den Kletterelementen erschweren das Festhalten und Einwachsen der Triebe. Eine zu geringe Tragfähigkeit führt bei wüchsigen Pflanzen schnell zu Durchhang oder Bruch. Ebenso sollte die Rankhilfe nicht direkt an der Pergola-Oberfläche anliegen, da dies die Luftzirkulation behindert und Pilzkrankheiten begünstigt. Wer von Anfang an auf Qualitätsmaterialien und durchdachte Abstände setzt, schafft die besten Voraussetzungen für eine dauerhaft schöne Begrünung.</w:t>
      </w:r>
    </w:p>
    <w:p>
      <w:pPr>
        <w:pStyle w:val="Heading1"/>
      </w:pPr>
      <w:r>
        <w:t>Weitere Dokumente zum Thema</w:t>
      </w:r>
    </w:p>
    <w:p>
      <w:hyperlink r:id="rId9">
        <w:r>
          <w:rPr>
            <w:color w:val="087E75"/>
          </w:rPr>
          <w:t>Pflanzgrube und Rankhilfe richtig vorbereiten: So gelingt der Start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blogspot.com/2026/10/pflanzgrube-und-rankhilfe-richtig.html" TargetMode="External"/><Relationship Id="rId10" Type="http://schemas.openxmlformats.org/officeDocument/2006/relationships/hyperlink" Target="https://holzundhaus.github.io/spreepergola/dateien/minimax-1079a59658f9f48c9ecad93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