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Untergrund für die Holzpergola: Splitt, Kies oder Bestandsplatten? · Arbeitsblatt mit Checkliste</w:t>
      </w:r>
    </w:p>
    <w:p>
      <w:r>
        <w:t>Für die praktische Planung: Damit eine Holzpergola dauerhaft standsicher bleibt, ist regelmäßiger Holzschutz unerlässlich. Dieser Ratgeber erklärt, welche Maßnahmen das Gestell vor Witterung, Feuchtigkeit und biologischem Befall schützen und wie Sie die Pflege in einen einfachen Jahresrhythmus einbetten.</w:t>
      </w:r>
    </w:p>
    <w:p>
      <w:pPr>
        <w:pStyle w:val="Heading1"/>
      </w:pPr>
      <w:r>
        <w:t>Warum Holzschutz bei Pergolen entscheidend ist</w:t>
      </w:r>
    </w:p>
    <w:p>
      <w:r>
        <w:t>Holz im Außenbereich ist ständiger Feuchtigkeit, Temperaturschwankungen und UV-Strahlung ausgesetzt. Bei einer Pergola kommen mechanische Belastungen durch Wind und eventuellen Bewuchs hinzu. Unbehandeltes Holz beginnt dadurch bereits nach wenigen Jahren zu vergrauen, kann reißen und wird anfällig für Pilzbefall. Die Pfostenanker schützen den direkten Kontakt mit dem Boden, doch der gesamte sichtbare Aufbau bleibt der Witterung ausgesetzt. Mit der richtigen Schutzstrategie lässt sich die Lebensdauer deutlich verlängern.</w:t>
      </w:r>
    </w:p>
    <w:p>
      <w:pPr>
        <w:pStyle w:val="Heading1"/>
      </w:pPr>
      <w:r>
        <w:t>Oberflächenbehandlung: Imprägnierung und Lasur</w:t>
      </w:r>
    </w:p>
    <w:p>
      <w:r>
        <w:t>Für Pergolen eignen sich entweder Holzschutzimprägnierungen oder deckende Lasuren. Imprägnierungen dringen tief in das Holz ein und schützen von innen gegen Pilze und Insekten, während Lasuren zusätzlich einen UV-Schutzfilm bilden. Die Wahl hängt von der Holzart und dem gewünschten Erscheinungsbild ab. Heimische Hölzer wie Douglasie oder Lärche benötigen in der Regel weniger chemischen Schutz als Robinie oder Tropenhölzer. Vor der Erstanwendung sollte das Holz trocken, sauber und frei von Altanstrichen sein. Ein einmaliger Anstrich genügt nicht dauerhaft.</w:t>
      </w:r>
    </w:p>
    <w:p>
      <w:pPr>
        <w:pStyle w:val="Heading1"/>
      </w:pPr>
      <w:r>
        <w:t>Regelmäßige Pflege und Wartung</w:t>
      </w:r>
    </w:p>
    <w:p>
      <w:r>
        <w:t>Mindestens einmal jährlich sollten sichtbare Holzteile auf Schäden geprüft werden. Risse, abblätternde Stellen oder Verfärbungen deuten auf nachlassenden Schutz hin. Besonders nach dem Winter zeigen sich oft Feuchtespuren oder beginnender Oberflächenpilz. Kleinere Schäden lassen sich durch leichtes Anschleifen und Nachbehandlung beheben. Bei stärkerem Befall oder tiefen Rissen ist ein vollständiger Neuanstrich notwendig. Auch die Pfostenanker und Metallteile sollten auf Korrosion und festen Sitz geprüft werden, da sich hier Feuchtigkeit sammeln kann.</w:t>
      </w:r>
    </w:p>
    <w:p>
      <w:pPr>
        <w:pStyle w:val="Heading1"/>
      </w:pPr>
      <w:r>
        <w:t>Bewuchs und zusätzliche Belastung einplanen</w:t>
      </w:r>
    </w:p>
    <w:p>
      <w:r>
        <w:t>Wenn Rankpflanzen die Pergola begrünen sollen, erhöht sich die Belastung des Gestells erheblich. Windfang durch Blattwerk und das Gewicht der Kletterpflanzen erzeugen permanente Zug- und Druckkräfte. Dies muss bereits bei der Dimensionierung der Pfosten und der Wahl der Befestigung berücksichtigt werden. Gleichzeitig sorgt dichter Bewuchs für längere Feuchtigkeitsphasen am Holz, was den Schutzbedarf erhöht. Regelmäßiger Rückschnitt der Pflanzen und ausreichend Abstand zwischen Rankhilfen und Holzpfosten verbessern die Luftzirkulation und reduzieren die Feuchtigkeitseinwirkung.</w:t>
      </w:r>
    </w:p>
    <w:p>
      <w:pPr>
        <w:pStyle w:val="Heading1"/>
      </w:pPr>
      <w:r>
        <w:t>Zusammenfassung: So gelingt der Holzschutz</w:t>
      </w:r>
    </w:p>
    <w:p>
      <w:r>
        <w:t>Der Schutz einer Holzpergola beginnt mit der richtigen Holzart und einer sorgfältigen Erstimprägnierung. Die jährliche Sichtprüfung und rechtzeitige Nachbehandlung verhindern, dass Schäden sich ausweiten. Pfostenanker und Metallverbinder verdienen dabei besondere Aufmerksamkeit. Mit einem durchdachten Pflegeplan bleibt die Pergola über viele Jahre hinweg stabil und optisch ansprechend.</w:t>
      </w:r>
    </w:p>
    <w:p>
      <w:pPr>
        <w:pStyle w:val="Heading1"/>
      </w:pPr>
      <w:r>
        <w:t>Weitere Dokumente zum Thema</w:t>
      </w:r>
    </w:p>
    <w:p>
      <w:hyperlink r:id="rId9">
        <w:r>
          <w:rPr>
            <w:color w:val="087E75"/>
          </w:rPr>
          <w:t>Untergrund für die Holzpergola: Splitt, Kies oder Bestandsplatten?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pergola/-/blob/8c7bfa1a8792ba2998f96351d384f24642238ffc/_posts/2026-10-18-untergrund-holzpergola-splitt-kies-platten.md" TargetMode="External"/><Relationship Id="rId10" Type="http://schemas.openxmlformats.org/officeDocument/2006/relationships/hyperlink" Target="https://holzundhaus.github.io/spreepergola/dateien/minimax-056f203148bb827a3eec5bf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