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https://holzundhaus.github.io/spreeholzbau/brandschutz-holzbau-berlin-planung/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bau/brandschutz-holzbau-berlin-plan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