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https://www.tumblr.com/blog/view/spreedachwerk/829401619633504256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blog/view/spreedachwerk/829401619633504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