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https://spreedachwerk.blogspot.com/2026/10/dachentwasserung-am-berliner-dach.html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reedachwerk.blogspot.com/2026/10/dachentwasserung-am-berliner-dach.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