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https://holzundhaus.github.io/spreedachwerk/unterdach-konterlattung-dachlatten-aufbau/</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spreedachwerk/unterdach-konterlattung-dachlatten-aufb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