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https://spreedachstuhl.blogspot.com/search/label/Projektvorbereitung</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preedachstuhl.blogspot.com/search/label/Projektvorbereitu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