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https://spreedachstuhl.blogspot.com/2026/10/sparrendach-pfettendach-und.html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stuhl.blogspot.com/2026/10/sparrendach-pfettendach-un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