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https://spreedachstuhl.blogspot.com/2026/10/dachstuhl-welche-funf-fotos-zeigen.html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stuhl.blogspot.com/2026/10/dachstuhl-welche-funf-fotos-zeig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