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https://spreedachstuhl.blogspot.com/2026/10/dachstuhl-anfrage-in-berlin-unterlagen.html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stuhl.blogspot.com/2026/10/dachstuhl-anfrage-in-berlin-unterla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