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https://holzundhaus.github.io/spreedachstuhl/satellite-publisher/verbindungen-anschluesse-holzdachstuhl-versatz-zapfen-nagelplatte-holzbalkenschrauben/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dachstuhl/satellite-publisher/verbindungen-anschluesse-holzdachstuhl-versatz-zapfen-nagelplatte-holzbalkenschraub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