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https://spreedachausbau.tumblr.com/post/830257980077375488/erstgespraech-planende-dachausbau-vorbereiten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tumblr.com/post/830257980077375488/erstgespraech-planende-dachausbau-vorberei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