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https://spreedachausbau.tumblr.com/post/829939202678505472/oct26-r32-tum-02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tumblr.com/post/829939202678505472/oct26-r32-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