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https://spreedachausbau.tumblr.com/post/829939093696888832/oct26-r32-tum-01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tumblr.com/post/829939093696888832/oct26-r32-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