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https://spreedachausbau.blogspot.com/2026/10/dachoffnungen-und-gauben-wie-sie-raum.html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ausbau.blogspot.com/2026/10/dachoffnungen-und-gauben-wie-sie-rau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