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https://spreedachausbau.blogspot.com/2026/10/dachausbau-wie-dokumentiert-man.html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2026/10/dachausbau-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