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https://holzundhaus.github.io/spreedachausbau/treppe-dachgeschoss-lage-grundriss-rettungswege/</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spreedachausbau/treppe-dachgeschoss-lage-grundriss-rettungswe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