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https://spreecarport.tumblr.com/post/830094061852622848/schwindrisse-holzcarport-neu</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carport.tumblr.com/post/830094061852622848/schwindrisse-holzcarport-n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