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https://spreecarport.tumblr.com/post/829939154998673408/oct26-r31-tum-02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tumblr.com/post/829939154998673408/oct26-r31-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