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https://spreecarport.tumblr.com/post/829939134980374528/oct26-r31-tum-01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tumblr.com/post/829939134980374528/oct26-r31-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