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https://spreecarport.blogspot.com/2026/10/holzcarport-kosten-welche-funf-fotos.html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blogspot.com/2026/10/holzcarport-kosten-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