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https://spreecarport.blogspot.com/2026/10/dachformen-fur-holzcarport-im-vergleich.html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blogspot.com/2026/10/dachformen-fur-holzcarport-im-verglei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