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https://holzundhaus.github.io/spreecarport/blog/oct26-r31-git-01/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carport/blog/oct26-r31-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