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https://pergolaberlin.tumblr.com/post/830254101219672064/holzpergola-lieferung-annahme-lagerung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tumblr.com/post/830254101219672064/holzpergola-lieferung-annahme-lage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