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https://pergolaberlin.tumblr.com/post/829939157743910912/oct26-r30-tum-02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tumblr.com/post/829939157743910912/oct26-r30-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