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https://pergolaberlin.tumblr.com/post/829939145050832896/oct26-r30-tum-01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ergolaberlin.tumblr.com/post/829939145050832896/oct26-r30-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