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https://pergolaberlin.blogspot.com/search/label/Oktober%202026</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ergolaberlin.blogspot.com/search/label/Oktober%20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