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https://pergolaberlin.blogspot.com/2026/10/pergola-welche-funf-fotos-zeigen-einem.html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blogspot.com/2026/10/pergola-welche-funf-fotos-zeigen-ein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