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https://pergolaberlin.blogspot.com/2026/10/holzpergola-standort-finden-sonnenlauf.html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blogspot.com/2026/10/holzpergola-standort-finden-sonnenlau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