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Sonnenlauf prüfen: vier Zeitpunkte für die Pergola-Standortanalyse · Arbeitsblatt mit Checkliste</w:t>
      </w:r>
    </w:p>
    <w:p>
      <w:r>
        <w:t>Für die praktische Planung: Eine Pergola im eigenen Garten bietet einen geschützten Freiraum zum Entspannen. Doch bevor die Planung beginnt, stellen sich viele Eigentümer in Berlin grundlegende Fragen: Welches Material passt zu meinem Grundstück? Welche Bauform eignet sich für meine Nutzung? Und welche Vorschriften gelten in der Hauptstadt? Dieser Überblick fasst die wesentlichen Entscheidungspunkte zusammen, die vor dem Bau einer Pergola zu klären sind.</w:t>
      </w:r>
    </w:p>
    <w:p>
      <w:pPr>
        <w:pStyle w:val="Heading1"/>
      </w:pPr>
      <w:r>
        <w:t>Holz, Aluminium oder Stahl – Materialwahl für die Pergola</w:t>
      </w:r>
    </w:p>
    <w:p>
      <w:r>
        <w:t>Die Wahl des Materials beeinflusst Optik, Pflegeaufwand und Lebensdauer erheblich. Holz pergolen fügen sich natürlich in Gartenlandschaften ein und lassen sich vielseitig gestalten. In Berlin sind heimische Hölzer wie Eiche oder Lärche beliebt, da sie regional verfügbar und witterungsbeständig sind. Aluminiumkonstruktionen bieten eine moderne Optik und rosten nicht. Sie sind leichter als Stahl und erfordern kaum Wartung. Stahl Pergolen überzeugen durch hohe Stabilität und eignen sich für größere Spannweiten. Jedes Material hat spezifische Vor- und Nachteile, die zum geplanten Standort und zur Nutzung passen sollten.</w:t>
      </w:r>
    </w:p>
    <w:p>
      <w:pPr>
        <w:pStyle w:val="Heading1"/>
      </w:pPr>
      <w:r>
        <w:t>Freistehende Pergola oder Anbau an die Hauswand</w:t>
      </w:r>
    </w:p>
    <w:p>
      <w:r>
        <w:t>Die Entscheidung zwischen einer freistehenden Konstruktion und einer Wandmontage hängt von mehreren Faktoren ab. Eine freistehende Pergola kann flexibel im Garten positioniert werden und eignet sich als eigenständiges Gestaltungselement. Sie erfordert ein separates Fundament und eine stabive Verankerung. Die Montage an der Hauswand nutzt vorhandene Strukturen und bietet oft besseren Schutz vor Wind. Dafür muss die Fassade geeignet sein und eventuelle Abstände zu Nachbargrenzen eingehalten werden. In Berlin spielen auch Bebauungspläne eine Rolle, die Abstände zu Grundstücksgrenzen vorschreiben können.</w:t>
      </w:r>
    </w:p>
    <w:p>
      <w:pPr>
        <w:pStyle w:val="Heading1"/>
      </w:pPr>
      <w:r>
        <w:t>Vorschriften und Genehmigungen in Berlin prüfen</w:t>
      </w:r>
    </w:p>
    <w:p>
      <w:r>
        <w:t>Bevor der Bau beginnt, sollten aktuelle Vorschriften geprüft werden. In vielen Berliner Bezirken gelten Bebauungspläne, die Höhe, Größe und Position von freistehenden Konstruktionen regeln. Bei einer Pergola bis zu einer bestimmten Grundfläche kann eine Genehmigung entfallen, die Grenzen variieren jedoch je nach Bezirk und Lage. Besonders in Charlottenburg-Wilmersdorf, Steglitz-Zehlendorf oder dem Friedrichshain-Kreuzberger Mietsgebiet können unterschiedliche Regelungen gelten. Eine Nachfrage beim zuständigen Bauamt oder der Unteren Denkmalschutzbehörde schafft frühzeitig Klarheit und vermeidet spätere Konflikte.</w:t>
      </w:r>
    </w:p>
    <w:p>
      <w:pPr>
        <w:pStyle w:val="Heading1"/>
      </w:pPr>
      <w:r>
        <w:t>Untergrund und Fundament richtig vorbereiten</w:t>
      </w:r>
    </w:p>
    <w:p>
      <w:r>
        <w:t>Die Stabilität einer Pergola hängt maßgeblich von der Fundamentierung ab. Bei befestigten Flächen wie Terrassen bieten Punktfundamente aus Beton ausreichend Halt. Auf Rasen- oder Erdflächen empfiehlt sich ein durchgehender Streifenfundament, das Setzungen verhindert. Der Untergrund sollte eben und frostsicher sein, da Berliner Winter mit mehrfachen Frost-Tau-Wechseln dem Fundament zusetzen können. Eine Drainage verhindert stehendes Wasser und schützt Holzteile vor dauerhafter Feuchtigkeit. Die Vorbereitung des Untergrunds gehört zu den wichtigsten Schritten vor der Montage.</w:t>
      </w:r>
    </w:p>
    <w:p>
      <w:pPr>
        <w:pStyle w:val="Heading1"/>
      </w:pPr>
      <w:r>
        <w:t>Pflege und Witterungsschutz einplanen</w:t>
      </w:r>
    </w:p>
    <w:p>
      <w:r>
        <w:t>Eine Pergola ist dauerhaft der Witterung ausgesetzt. Berlin bringt verschiedene klimatische Bedingungen mit: kalte, feuchte Winter, sommerliche Hitze und gelegentliche Sturmböen. Holz pergolen benötigen regelmäßige Pflege wie jährliches Reinigen und gelegentliches Nachölen oder Streichen. Metallkonstruktionen sollten auf Beschädigungen der Beschichtung geprüft werden, um Korrosion zu verhindern. Die Standortanalyse hilft dabei, die Konstruktion so zu wählen, dass sie den örtlichen Wind- und Wetterverhältnissen standhält. Eine durchdachte Planung reduziert den langfristigen Pflegeaufwand erheblich.</w:t>
      </w:r>
    </w:p>
    <w:p>
      <w:pPr>
        <w:pStyle w:val="Heading1"/>
      </w:pPr>
      <w:r>
        <w:t>Weitere Dokumente zum Thema</w:t>
      </w:r>
    </w:p>
    <w:p>
      <w:hyperlink r:id="rId9">
        <w:r>
          <w:rPr>
            <w:color w:val="087E75"/>
          </w:rPr>
          <w:t>Sonnenlauf prüfen: vier Zeitpunkte für die Pergola-Standortanalyse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pergolaberlin/-/blob/fdf798fdcd5723f47120236cead14c675dade92c/_posts/2026-10-16-pergola-standort-sonnenlauf-wind-beobachten.md" TargetMode="External"/><Relationship Id="rId10" Type="http://schemas.openxmlformats.org/officeDocument/2006/relationships/hyperlink" Target="https://holzundhaus.github.io/pergolaberlin/dateien/minimax-b585d950ca6bbda368ce1aa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