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https://holzverkleidungberlin.tumblr.com/post/830293284837523456/holzverkleidung-hofwand-kleine-teilflaeche-berlin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tumblr.com/post/830293284837523456/holzverkleidung-hofwand-kleine-teilflaeche-ber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