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https://holzverkleidungberlin.tumblr.com/post/829948352507609088/oct26-r23-tum-02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verkleidungberlin.tumblr.com/post/829948352507609088/oct26-r23-tum-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