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https://holzverkleidungberlin.blogspot.com/2026/10/larche-douglasie-und-western-red-cedar.html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blogspot.com/2026/10/larche-douglasie-und-western-red-ced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