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https://holzverkleidungberlin.blogspot.com/2026/10/holzverkleidung-innen-welche-funf-fotos.html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verkleidungberlin.blogspot.com/2026/10/holzverkleidung-innen-welche-funf-foto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