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https://holzundhaus.github.io/holzverkleidungberlin/blog/oct26-r23-git-02/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verkleidungberlin/blog/oct26-r23-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