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https://holzundhaus.github.io/holzverkleidungberlin/blog/oct26-r23-git-01/</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holzverkleidungberlin/blog/oct26-r23-git-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