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https://holzueberdachungberlin.tumblr.com/post/830367415636525057/mindstgefllle-holzberdachung-dachdeckung</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eberdachungberlin.tumblr.com/post/830367415636525057/mindstgefllle-holzberdachung-dachdeck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