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https://holzueberdachungberlin.tumblr.com/post/829939188407386112/oct26-r22-tum-02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eberdachungberlin.tumblr.com/post/829939188407386112/oct26-r22-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