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https://holzueberdachungberlin.tumblr.com/post/829939086708146176/oct26-r22-tum-01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eberdachungberlin.tumblr.com/post/829939086708146176/oct26-r22-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