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https://holzueberdachungberlin.blogspot.com/2026/10/holzuberdachung-welche-funf-fotos.html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blogspot.com/2026/10/holzuberdachung-welche-funf-fot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