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https://holzundhaus.github.io/holztreppeberlin/treppenhausbeleuchtung-stufensicherheit-holztreppe/</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treppeberlin/treppenhausbeleuchtung-stufensicherheit-holztrep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