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https://holztreppeberlin.tumblr.com/post/829939113808527360/oct26-r21-tum-01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tumblr.com/post/829939113808527360/oct26-r21-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