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https://holztreppeberlin.blogspot.com/2026/10/trittschall-und-schallschutz-bei.html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berlin.blogspot.com/2026/10/trittschall-und-schallschutz-be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