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Typische Planungsfehler bei Holztreppen – und wie Sie ihnen vorbeugen · Arbeitsblatt mit Checkliste</w:t>
      </w:r>
    </w:p>
    <w:p>
      <w:r>
        <w:t>Für die praktische Planung: Wer eine Holztreppe einbauen möchte, trifft bereits vor dem ersten Beratungsgespräch Entscheidungen, die den gesamten Bauprozess beeinflussen. Die folgenden Abschnitte fassen zusammen, worauf Sie bei der Planung achten sollten, damit das Ergebnis zum Raum passt und spätere Änderungen vermieden werden.</w:t>
      </w:r>
    </w:p>
    <w:p>
      <w:pPr>
        <w:pStyle w:val="Heading1"/>
      </w:pPr>
      <w:r>
        <w:t>Grundlagen sorgfältig aufmessen</w:t>
      </w:r>
    </w:p>
    <w:p>
      <w:r>
        <w:t>Bevor eine Holztreppe geplant wird, müssen die vorhandenen Maße feststehen. Die Geschosshöhe – der Abstand zwischen den fertigen Fußböden – und die Größe der Deckenöffnung bilden die Grundlage für alles Weitere. Ein häufiger Fehler besteht darin, diese Maße zu schätzen, statt sie vor Ort exakt zu nehmen. Im Bestandsbau kommen Türen, Verkehrswege und angrenzende Bauteile hinzu. Was bereits feststeht und was noch verändert werden kann, sollte von Anfang an klar sein. Änderungen an der Öffnung sind im Nachgang oft aufwendig und kostenintensiv. Ein präzises Aufmaß erspart spätere Überraschungen und bildet die Basis für eine zuverlässige Planung.</w:t>
      </w:r>
    </w:p>
    <w:p>
      <w:pPr>
        <w:pStyle w:val="Heading1"/>
      </w:pPr>
      <w:r>
        <w:t>Die passende Treppenform wählen</w:t>
      </w:r>
    </w:p>
    <w:p>
      <w:r>
        <w:t>Gerade, gewendelt oder mit Podest – jede Form hat ihre Vorteile und Grenzen. Eine gerade Treppe beansprucht den meisten Laufraum, bietet aber die einfachste Konstruktion. Gewendelte Treppen nutzen den Platz effizienter, erfordern aber exakte Maße und eine sorgfältige Abstimmung der Wangen. Podesttreppen verbinden mehrere Läufe und eignen sich, wenn Richtungswechsel oder Pausenpunkte gewünscht sind. Der häufigere Fehler besteht darin, eine Form zu wählen, die zwar gefällt, aber zum vorhandenen Grundriss nicht passt. Ein Anschluss an Türen, Fenster oder angrenzende Räume muss von Beginn an mitgedacht werden. Wer sich über die verschiedenen Formen informiert, findet leichter die Lösung, die zum Raum und zur Nutzung passt.</w:t>
      </w:r>
    </w:p>
    <w:p>
      <w:pPr>
        <w:pStyle w:val="Heading1"/>
      </w:pPr>
      <w:r>
        <w:t>Leistungsumfang klar definieren</w:t>
      </w:r>
    </w:p>
    <w:p>
      <w:r>
        <w:t>Ein Angebot lässt sich nur vergleichen, wenn es denselben Gegenstand beschreibt. Was ist enthalten – nur die Treppe oder auch Geländer, Handlauf und Anschluss an den Fußboden? Welche bauseitigen Arbeiten müssen vorher erledigt sein? Wer trägt sie? Offene Positionen, Voraussetzungen und Ausschlüsse sollten schriftlich ergänzt werden, bevor ein Auftrag erteilt wird. Fehlende Angaben zu Material, Oberfläche und Lieferumfang führen später zu Nachforderungen. Eine vollständige Beschreibung von Form, Holzart und Ausstattung schafft von Anfang an Klarheit und erleichtert die Entscheidung.</w:t>
      </w:r>
    </w:p>
    <w:p>
      <w:pPr>
        <w:pStyle w:val="Heading1"/>
      </w:pPr>
      <w:r>
        <w:t>Oberfläche und Material frühzeitig klären</w:t>
      </w:r>
    </w:p>
    <w:p>
      <w:r>
        <w:t>Geölt oder lackiert – diese Entscheidung beeinflusst die spätere Pflege und die Art der Nachbehandlung. Die Holzart allein bestimmt das Reinigungsmittel nicht. Unterschiedliche Oberflächensysteme erfordern unterschiedliche Pflegeansätze. Ein Bildschirmbild reicht nicht aus, um Maserung, Farbwirkung und Oberflächenbeschaffenheit zu beurteilen. Echte Muster ermöglichen einen besseren Vergleich. Natürliche Unterschiede im Holz und seine Reaktion auf Feuchtigkeitsschwankungen sollten bei der Planung berücksichtigt werden.</w:t>
      </w:r>
    </w:p>
    <w:p>
      <w:pPr>
        <w:pStyle w:val="Heading1"/>
      </w:pPr>
      <w:r>
        <w:t>Systematisch vorgehen und Fehler vermeiden</w:t>
      </w:r>
    </w:p>
    <w:p>
      <w:r>
        <w:t>Eine systematische Herangehensweise vermeidet die häufigsten Fehler: erst den Raum vermessen, dann die Form wählen, anschließend Material und Oberfläche klären und schließlich ein Angebot einholen, das alle Positionen vollständig beschreibt. Wer diesen Ablauf einhält, reduziert das Risiko von Verzögerungen und Kostensteigerungen. Für die konkrete Planung lohnt es sich, verschiedene Treppenformen zu vergleichen und sich über Materialien sowie den Anfrageprozess zu informieren. So entsteht eine fundierte Entscheidungsgrundlage, die zum Projekt und zum Gebäude passt.</w:t>
      </w:r>
    </w:p>
    <w:p>
      <w:pPr>
        <w:pStyle w:val="Heading1"/>
      </w:pPr>
      <w:r>
        <w:t>Weitere Dokumente zum Thema</w:t>
      </w:r>
    </w:p>
    <w:p>
      <w:hyperlink r:id="rId9">
        <w:r>
          <w:rPr>
            <w:color w:val="087E75"/>
          </w:rPr>
          <w:t>Typische Planungsfehler bei Holztreppen – und wie Sie ihnen vorbeugen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treppe-berlin/-/blob/0b7afbfe38ddfc4b01b61fa58ac3b0a8e4a5508f/_posts/2026-10-16-planungsfehler-holztreppe-vermeiden.md" TargetMode="External"/><Relationship Id="rId10" Type="http://schemas.openxmlformats.org/officeDocument/2006/relationships/hyperlink" Target="https://holzundhaus.github.io/holztreppeberlin/dateien/minimax-e917dfabbaae4ca75412aac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