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https://holzterrassenbauberlin.tumblr.com/post/829939182903377920/oct26-r20-tum-02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errassenbauberlin.tumblr.com/post/829939182903377920/oct26-r20-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