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https://holzterrassenbauberlin.tumblr.com/post/829939126715531264/oct26-r20-tum-01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tumblr.com/post/829939126715531264/oct26-r20-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