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https://holzterrassenbauberlin.blogspot.com/2026/10/holzterrasse-reinigen-und-pflegen-wie.html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blogspot.com/2026/10/holzterrasse-reinigen-und-pflegen-w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