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https://holzterrassenbauberlin.blogspot.com/2026/10/holzterrasse-in-berlin-wann-ist-eine.html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errassenbauberlin.blogspot.com/2026/10/holzterrasse-in-berlin-wann-ist-ein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