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https://holzrahmenbauberlin.tumblr.com/post/830293502841765888/sommerlicher-waermeschutz-holzrahmenbau-planen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tumblr.com/post/830293502841765888/sommerlicher-waermeschutz-holzrahmenbau-pla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